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D4ED8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44"/>
          <w:u w:val="none"/>
          <w:rtl/>
          <w:bCs/>
          <w:szCs w:val="44"/>
        </w:rPr>
        <w:t>🔍 דרכי זיהוי: חלקי הדיבור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צבעוני + תרגול: שם עצם, שם תואר, פועל ועוד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דף עזר לשון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זיהוי חלקי הדיבור בעזרת בדיקות קבועות • נימוק הזיהוי • זיהוי בתוך משפט • שימוש בדף עזר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לשון • מיון • נימוק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D4ED8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משחק: המורה אומר/ת מילה – התלמידים קמים לפועל, מצביעים לשם עצם, מוחאים לשם תואר.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דף הזיהוי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משותפת של הכרטיסים.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תרגול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חלקים ב׳–ג׳.</w:t>
            </w:r>
          </w:p>
        </w:tc>
      </w:tr>
      <w:tr>
        <w:tc>
          <w:tcPr>
            <w:tcW w:type="dxa" w:w="5103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1D4ED8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עצם: כלב, בית, עוגה | שם תואר: ירוק, שמח, חכמה | פועל: רצה, כותבים, אכל | מילת יחס: על, עם, ליד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1: קפצה; ילדה, בריכה; קטנה | 2: אוהב, לקרוא; ספרים; מעניינים | 3: נבח; כלב (וגם קול); לבן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שולחן – אפשר להוסיף ה׳ (השולחן) ולספור (שני שולחנות); כתב – אפשר לשנות זמן (כותב, יכתוב), שורש כ־ת־ב.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פעלים: רץ, קופץ; שמות עצם: ספר, עץ; שמות תואר: גדול, יפה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מהר – תואר הפועל (איך רץ?); הם – שם גוף (במקום שם עצם); אבל – מילת קישור (ניגוד); עליו – מילת יחס בנטייה (על + הוא)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תואר: "ילד שמח שיחק בחצר"; פועל: "הוא שמח לראות אותנו" (עבר: שמח, עתיד: ישמח).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שלי, שלך, שלו/שלה, שלנו, שלכם/שלכן, שלהם/שלהן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2. יחס, 4. תואר | מאונך: 1. קישור, 3. גוף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עצם: כלב, בית; פועל: רץ, אוכל; שם תואר: אדום, שמח (הערה: "אוכל" יכול להיות גם שם עצם – לקבל שתי התשובות)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אדום; גדול; קטנה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D4ED8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 (לצילום חסכוני).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הצבעים קבועים לאורך השנה: אדום – שם עצם, ירוק – שם תואר, כחול – פועל, כתום – מילת יחס.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מילים כמו "אוכל", "שמח" יכולות להיות בשני תפקידים – לקבל כל תשובה מנומקת.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48"/>
          <w:u w:val="none"/>
          <w:rtl/>
          <w:bCs/>
          <w:szCs w:val="48"/>
        </w:rPr>
        <w:t>🔍 דרכי זיהוי: חלקי הדיבור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צבעוני + תרגול: שם עצם, שם תואר, פועל ועוד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דף עזר: מה זה, איזו שאלה שואלים, ואיך בודקים. שמרו אותו בקלסר!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זה?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שאלה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דרכי זיהוי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דוגמאות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🍎 שם עצם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של אדם, חיה, דבר, מקום או רעיון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 מה?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אפשר להוסיף ה׳ הידיעה: ספר ← הספר • אפשר לספור: ספר אחד, שני ספרים • אפשר לומר "יש לי </w:t>
            </w: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_" / "זה 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ילד, כלב, שולחן, ירושלים, שמחה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🎨 שם תואר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שם עצם – איך הוא נראה או מה תכונתו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איזה? איזו? אילו?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אחרי שם העצם ומתאים לו במין ובמספר: ילד גבוה, ילדות גבוהות • אפשר להוסיף "מאוד": גבוה מאוד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גדול, אדום, חכם, שמח, מהיר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 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פעולה או מצב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עושה? מה עשה? מה יעשה?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לשנות את הזמן: אתמול רץ, עכשיו רץ, מחר ירוץ • יש לו שורש: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כותב, שיחקה, נלך, אוהבים, ישן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🔗 מילת יחס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קטנה שמקשרת בין מילים ומראה יחס (מקום, כיוון, שייכות)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להוסיף לה כינוי: ל ← לי, לך, לו; על ← עליי, עליו • לפעמים היא אות אחת שמחוברת למילה: בבית, לים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ב, ל, מ, על, אל, עם, את, של, ליד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➕ מילת קישור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שמחברת בין מילים או בין משפטים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בלעדיה המשפטים "נופלים": ירד גשם ולכן לקחתי מטרייה • סוגים: הוספה (ו, גם), ניגוד (אבל), סיבה (כי), תוצאה (לכן)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ו, אבל, כי, לכן, או, גם, אם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ב׳ – מתרגלים 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השתמשו בדרכי הזיהוי.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 את המילים לפי חלקי הדיבור.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רצה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כותבים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בית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אכל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כלב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ירוק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חכמה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שמח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ליד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שם עצם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שם תואר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פועל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מילת יחס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בכל משפט: מתחו קו מתחת לפועל, הקיפו את שם העצם וסמנו ✓ מעל שם התואר.  [זיהוי במשפט]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פועל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עצם</w:t>
            </w:r>
          </w:p>
        </w:tc>
        <w:tc>
          <w:tcPr>
            <w:tcW w:type="dxa" w:w="255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תואר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הילדה הקטנה קפצה מהר אל הבריכה.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אני אוהב לקרוא ספרים מעניינים.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הכלב הלבן נבח בקול.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הוכיחו בעזרת דרך זיהוי: למה "שולחן" הוא שם עצם, ו"כתב" הוא פועל?  [נימוק]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ג׳ –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משפטים משלכם.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משפט שיש בו שם עצם, שם תואר, פועל ומילת יחס. צבעו כל מילה בצבע שלה בדף הזיהוי.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בתפזורת: 2 פעלים, 2 שמות עצם ו־2 שמות תואר.  [משחק]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1D4ED8"/>
          <w:sz w:val="24"/>
          <w:u w:val="none"/>
          <w:rtl/>
          <w:bCs/>
          <w:szCs w:val="24"/>
        </w:rPr>
        <w:t>רץ   •   קופץ   •   ספר   •   עץ   •   גדול   •   יפה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ז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כ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D4ED8"/>
                <w:sz w:val="28"/>
                <w:u w:val="none"/>
                <w:rtl/>
                <w:bCs/>
                <w:szCs w:val="28"/>
              </w:rPr>
              <w:t>כרטיס יציאה 🔍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זיהוי של פועל: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זיהוי של שם עצם: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48"/>
          <w:u w:val="none"/>
          <w:rtl/>
          <w:bCs/>
          <w:szCs w:val="48"/>
        </w:rPr>
        <w:t>🔍 דרכי זיהוי: חלקי הדיבור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7 חלקי דיבור, מילים מבלבלות ונטייה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א׳ – דף הזיהוי המלא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שבעה חלקי דיבור, השאלות והבדיקות.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זה?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שאלה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דרכי זיהוי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דוגמאות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🍎 שם עצם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של אדם, חיה, דבר, מקום או רעיון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 מה?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אפשר להוסיף ה׳ הידיעה: ספר ← הספר • אפשר לספור: ספר אחד, שני ספרים • אפשר לומר "יש לי </w:t>
            </w: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_" / "זה 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ילד, כלב, שולחן, ירושלים, שמחה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🎨 שם תואר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שם עצם – איך הוא נראה או מה תכונתו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איזה? איזו? אילו?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אחרי שם העצם ומתאים לו במין ובמספר: ילד גבוה, ילדות גבוהות • אפשר להוסיף "מאוד": גבוה מאוד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גדול, אדום, חכם, שמח, מהיר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 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פעולה או מצב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עושה? מה עשה? מה יעשה?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לשנות את הזמן: אתמול רץ, עכשיו רץ, מחר ירוץ • יש לו שורש: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כותב, שיחקה, נלך, אוהבים, ישן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🔗 מילת יחס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קטנה שמקשרת בין מילים ומראה יחס (מקום, כיוון, שייכות)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להוסיף לה כינוי: ל ← לי, לך, לו; על ← עליי, עליו • לפעמים היא אות אחת שמחוברת למילה: בבית, לים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ב, ל, מ, על, אל, עם, את, של, ליד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👤 שם גוף (כינוי גוף)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שבאה במקום שם של אדם או דבר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להחליף בה שם עצם: דני הלך ← הוא הלך • יש גופים: אני, אתה, את, הוא, היא, אנחנו, אתם, אתן, הם, הן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אני, את, הוא, אנחנו, הן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➕ מילת קישור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שמחברת בין מילים או בין משפטים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בלעדיה המשפטים "נופלים": ירד גשם ולכן לקחתי מטרייה • סוגים: הוספה (ו, גם), ניגוד (אבל), סיבה (כי), תוצאה (לכן)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ו, אבל, כי, לכן, או, גם, אם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⏱️ תואר הפועל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את הפעולה – איך, מתי או איפה היא נעשית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איך? מתי? איפה?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ליד הפועל: רץ מהר, הגיע אתמול • לרוב אינו משתנה לפי מין ומספר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מהר, לאט, היום, מחר, כאן, בשקט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ב׳ – זיהוי מתקדם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מילים שמבלבלות.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זהו את חלק הדיבור של המילה המודגשת ונמקו בדרך זיהוי.  [זיהוי ונימוק]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דרך הזיהוי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הוא רץ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מהר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הביתה.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הם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הגיעו לטיול.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רציתי לבוא,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אבל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הייתי חולה.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שמתי את הספר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עליו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אותה מילה – שני תפקידים: "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שמח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" יכולה להיות שם תואר או פועל. כתבו משפט לכל אפשרות.  [אתגר]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נטו את מילת היחס "של" בכל הגופים שאתם מכירים.  [נטייה]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אני</w:t>
            </w:r>
          </w:p>
        </w:tc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אתה/את</w:t>
            </w:r>
          </w:p>
        </w:tc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הוא/היא</w:t>
            </w:r>
          </w:p>
        </w:tc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אנחנו</w:t>
            </w:r>
          </w:p>
        </w:tc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אתם/אתן</w:t>
            </w:r>
          </w:p>
        </w:tc>
        <w:tc>
          <w:tcPr>
            <w:tcW w:type="dxa" w:w="170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הם/הן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חלק ג׳ – תשבץ חלקי הדיבור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כל ההגדרות מדף הזיהוי.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פתרו.  [משחק]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מילת ___: על, עם, ליד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שם ___ מתאר שם עצם (4)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1D4ED8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מילת ___: ו, אבל, כי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שם ___: אני, הוא (3)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D4ED8"/>
                <w:sz w:val="28"/>
                <w:u w:val="none"/>
                <w:rtl/>
                <w:bCs/>
                <w:szCs w:val="28"/>
              </w:rPr>
              <w:t>כרטיס יציאה 🔍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חלק הדיבור שהכי מבלבל אותי: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הזיהוי שעוזרת 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1D4ED8"/>
          <w:sz w:val="48"/>
          <w:u w:val="none"/>
          <w:rtl/>
          <w:bCs/>
          <w:szCs w:val="48"/>
        </w:rPr>
        <w:t>🔍 דַּרְכֵי זִהוּי: חֶלְקֵי הַדִּבּוּר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שֵׁם עֶצֶם, פֹּעַל וְשֵׁם תֹּאַר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1D4ED8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1D4ED8"/>
                <w:sz w:val="30"/>
                <w:u w:val="none"/>
                <w:rtl/>
                <w:bCs/>
                <w:szCs w:val="30"/>
              </w:rPr>
              <w:t>חֵלֶק א׳ – שָׁלוֹשׁ קְבוּצוֹת שֶׁל מִלִּים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שֵׁם עֶצֶם, פֹּעַל, שֵׁם תֹּאַר.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חֵלֶק הַדִּבּוּר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מָה זֶה?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שָׁאֲלָה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דַּרְכֵי זִהוּי</w:t>
            </w:r>
          </w:p>
        </w:tc>
        <w:tc>
          <w:tcPr>
            <w:tcW w:type="dxa" w:w="2041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דֻּגְמָאוֹת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🍎 שֵׁם עֶצֶם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שֵׁם שֶׁל אָדָם, חַיָּה, דָּבָר, מָקוֹם אוֹ רַעֲיוֹן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מִי? מָה?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אֶפְשָׁר לְהוֹסִיף ה' הַיְּדִיעָה: סֵפֶר ← הַסַּפָּר • אֶפְשָׁר לִסְפֹּר: סֵפֶר אֶחָד, שְׁנֵי סְפָרִים • אֶפְשָׁר לוֹמַר "יֵשׁ לִי </w:t>
            </w:r>
            <w:r>
              <w:rPr>
                <w:rFonts w:ascii="Arial" w:hAnsi="Arial" w:cs="Arial"/>
                <w:b w:val="0"/>
                <w:sz w:val="26"/>
                <w:u w:val="single"/>
                <w:rtl/>
                <w:szCs w:val="26"/>
              </w:rPr>
              <w:t xml:space="preserve">_" / "זֶה </w:t>
            </w: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יֶלֶד, כֶּלֶב, שֻׁלְחָן, יְרוּשָׁלַיִם, שִׂמְחָה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🎨 שֵׁם תֹּאַר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מִלָּה שֶׁמְּתָאֶרֶת שֵׁם עֶצֶם – אֵיךְ הוּא נִרְאֶה אוֹ מָה תְּכוּנָתוֹ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אֵיזֶה? אֵיזוֹ? אֵלּוּ?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בָּא אַחֲרֵי שֵׁם הָעֶצֶם וּמַתְאִים לוֹ בְּמִין וּבְמִסְפָּר: יֶלֶד גָּבוֹהַּ, יְלָדוֹת גְּבוֹהוֹת • אֶפְשָׁר לְהוֹסִיף "מְאוֹד": גָּבוֹהַּ מְאוֹד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גָּדוֹל, אָדֹם, חָכָם, שָׂמֵחַ, מָהִיר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🏃 פּוֹעֵל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מִלָּה שֶׁמְּתָאֶרֶת פְּעֻלָּה אוֹ מַצָּב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מָה עוֹשֶׂה? מָה עָשָׂה? מָה יַעֲשֶׂה?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אֶפְשָׁר לְשַׁנּוֹת אֶת הַזְּמַן: אֶתְמוֹל רָץ, עַכְשָׁו רָץ, מָחָר יָרוּץ • יֵשׁ לוֹ שֹׁרֶשׁ: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כּוֹתֵב, שִׂחֲקָה, נֵלֵךְ, אוֹהֲבִים, יָשָׁן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מִיְּנוּ אֶת הַכַּרְטִיסִים: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אֹכֶל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כֶּלֶב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בַּיִת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רָץ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אָדֹם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שָׂמֵחַ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שֵׁם עֶצֶם 🍎</w:t>
            </w:r>
          </w:p>
        </w:tc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פּוֹעֵל 🏃</w:t>
            </w:r>
          </w:p>
        </w:tc>
        <w:tc>
          <w:tcPr>
            <w:tcW w:type="dxa" w:w="3402"/>
            <w:shd w:val="clear" w:color="auto" w:fill="e8ef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שֵׁם תֹּאַר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 שֵׁם תֹּאַר: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1D4ED8"/>
          <w:sz w:val="26"/>
          <w:u w:val="none"/>
          <w:rtl/>
          <w:bCs/>
          <w:szCs w:val="26"/>
        </w:rPr>
        <w:t>🔤 מַחְסַן מִלִּים:  גָּדוֹל   |   קְטַנָּה   |   אָדֹם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תַּפּוּחַ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בֵּית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יַלְדָּה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D4ED8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פּוֹעֵל אֶחָד: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