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7B2CBF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7B2CBF"/>
          <w:sz w:val="44"/>
          <w:u w:val="none"/>
          <w:rtl/>
          <w:bCs/>
          <w:szCs w:val="44"/>
        </w:rPr>
        <w:t>🎮 משחקי מחשב – כיף עם הגה בידיים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טקסט מידעי-טיעוני: יתרונות, חסרונות ובטיחות ברשת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טקסט מידעי-טיעוני</w:t>
            </w:r>
          </w:p>
        </w:tc>
      </w:tr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ג׳–ד׳)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הבנת טקסט מידעי-טיעוני • הבחנה בין יתרונות לחסרונות • כללי בטיחות ברשת • כתיבה טיעונית</w:t>
            </w:r>
          </w:p>
        </w:tc>
      </w:tr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מיון • זיהוי עמדה • כתיבה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7B2CBF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סקר הצבעה: "מי משחק במחשב? כמה זמן?" – בלי שיפוט.</w:t>
            </w:r>
          </w:p>
        </w:tc>
      </w:tr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קריאה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וסימון ✚/➖.</w:t>
            </w:r>
          </w:p>
        </w:tc>
      </w:tr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משימות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חלקים א׳–ב׳.</w:t>
            </w:r>
          </w:p>
        </w:tc>
      </w:tr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"התוכנית שלי" / מכתב למנהלת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7B2CBF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7B2CBF"/>
          <w:sz w:val="26"/>
          <w:u w:val="none"/>
          <w:rtl/>
          <w:bCs/>
          <w:szCs w:val="26"/>
        </w:rPr>
        <w:t>רמה רגילה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ב־1958, משחק טניס פשוט עם נקודה שקפצה על מסך.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כי כשמצליחים המוח מרגיש סיפוק ורוצה עוד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✚ יתרונות: מפתח פתרון בעיות, מלמד שיתוף פעולה, מלמד שפה או חשבון | ➖ חסרונות: ישיבה ארוכה, פוגע בעיניים, מקשה להירדם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1. לא נכון (לא מוסרים פרטים אישיים); 2. נכון; 3. לא נכון (לא משתפים סיסמאות); 4. נכון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מראש; הפסקה; לפני; תנועה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7.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7B2CBF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רקע ← יתרונות ← חסרונות ← המלצות ← סיכום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עמדה מאוזנת: יש יתרונות וחסרונות, וחשוב לשחק בחוכמה. ציטוט לדוגמה: "למשחקים יש יתרונות... אבל יש גם חסרונות".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הגה = שליטה. אנחנו "נוהגים" במשחק ושולטים בו (בזמן ובכללים), ולא הוא שולט בנו.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3. בטיחות, 4. הפסקה, 6. טניס, 7. מסך | מאונך: 1. שלב, 2. סיפוק, 5. סיסמה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7B2CBF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זזים ומשחקים בחוץ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1. לא נכון (לא נותנים); 2. נכון; 3. לא נכון (עושים הפסקות)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המילים: מחשב, משחק, שלב, הפסקה, חבר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7B2CBF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הטקסט אינו מזכיר שמות משחקים או חברות – כדאי לשמור על כך גם בדיון.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בטיחות ברשת: חזרו על "לא מוסרים פרטים, לא משתפים סיסמה, מספרים למבוגר".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שאלת החוסן מתחברת לעש״ן ד״ק – אפשר לתרגל יחד בכיתה.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ההמלצה להפסקה כל 20 דקות ולהפסקת מסכים שעה לפני השינה היא המלצה מקובלת של מומחים; ניסחנו "מומחים רבים ממליצים".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7B2CBF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7B2CBF"/>
          <w:sz w:val="48"/>
          <w:u w:val="none"/>
          <w:rtl/>
          <w:bCs/>
          <w:szCs w:val="48"/>
        </w:rPr>
        <w:t>🎮 משחקי מחשב – כיף עם הגה בידיים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טקסט מידעי-טיעוני: יתרונות, חסרונות ובטיחות ברשת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7B2CBF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חלק א׳ – קוראים ומבינים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הטקסט. סמנו ב־✚ יתרון וב־➖ חיסרון.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7B2CBF"/>
          <w:sz w:val="32"/>
          <w:u w:val="none"/>
          <w:rtl/>
          <w:bCs/>
          <w:szCs w:val="32"/>
        </w:rPr>
        <w:t>🎮 משחקי מחשב – כיף עם הגה בידיים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אחד ממשחקי המחשב הראשונים נבנה בשנת 1958 במעבדה מדעית: משחק טניס פשוט, עם נקודה קטנה שקפצה על מסך. מאז השתנה הרבה. היום משחקים במחשב, בטלפון ובקונסולה, לבד או עם חברים מכל העולם.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למה משחקי מחשב כל כך מושכים? כל משחק בנוי משלבים, מאתגרים ומפרסים. כשמצליחים בשלב, המוח מרגיש סיפוק ורוצה עוד. לכן קשה לפעמים להפסיק "רק עוד שלב אחד".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למשחקים יש יתרונות. יש משחקים שמפתחים חשיבה ופתרון בעיות, יש שמלמדים תכנון, ויש משחקים שבהם צריך לשתף פעולה ולתקשר עם שחקנים אחרים. יש גם משחקים שמלמדים שפה, מתמטיקה או היסטוריה.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אבל יש גם חסרונות. ישיבה ארוכה מול מסך פוגעת בתנועה של הגוף ובעיניים, ומשחק לפני השינה עלול להקשות להירדם. במשחקים ברשת חשוב לשמור על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בטיחות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לא מוסרים פרטים אישיים, לא משתפים סיסמאות, ומספרים למבוגר אם מישהו מציק או מבקש משהו מוזר.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מומחים רבים ממליצים על כמה כללים פשוטים: לקבוע מראש זמן משחק, לעשות הפסקה כל עשרים דקות ולהסתכל רחוק, להפסיק לשחק שעה לפני השינה, ולשמור על זמן לתנועה, לחברים ולמשפחה.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(6) ומה עם המפסידים? גם במשחק, כמו בחיים, לא תמיד מנצחים. שחקנים טובים לומדים לנשום, להירגע ולנסות שוב – ולדבר בכבוד גם כשהם מתוסכלים. מסתבר שמשחק מחשב יכול ללמד גם התמודדות.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מתי נבנה אחד ממשחקי המחשב הראשונים, ומה היה בו?  [איתור]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 קשה להפסיק "רק עוד שלב אחד"?  [הבנה]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כי המשחק נועל את המחשב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כי כשמצליחים המוח מרגיש סיפוק ורוצה עוד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כי ההורים מבקשים להמשיך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כי אין במשחק שלבים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מיינו את המשפטים: יתרון או חיסרון?  [מיון]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ישיבה ארוכה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פוגע בעיניים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מקשה להירדם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מלמד שפה או חשבון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מלמד שיתוף פעולה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מפתח פתרון בעיות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✚ יתרונות</w:t>
            </w:r>
          </w:p>
        </w:tc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➖ חסרונות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חלק ב׳ – בטיחות ברשת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מה נכון לעשות?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נכון או לא נכון? תקנו את הלא נכון.  [בטיחות]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נכון / לא נכון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מותר לספר לשחקן לא מוכר באיזה בית ספר אני לומד/ת.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אם מישהו מציק במשחק – מספרים למבוגר.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לשתף סיסמה עם חבר טוב מהמשחק.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כדאי להפסיק לשחק שעה לפני השינה.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✓ / ✗</w:t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את הכללים מהטקסט.  [אוצר מילים]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7B2CBF"/>
          <w:sz w:val="22"/>
          <w:u w:val="none"/>
          <w:rtl/>
          <w:bCs/>
          <w:szCs w:val="22"/>
        </w:rPr>
        <w:t>🔤 מחסן מילים:  הפסקה   |   מראש   |   לפני   |   תנועה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לקבוע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זמן משחק.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לעשות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כל עשרים דקות.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להפסיק לשחק שעה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השינה.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לשמור על זמן ל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לחברים ולמשפחה.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חלק ג׳ – התוכנית שלי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כתבו ותכננו.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תכננו "שבוע מאוזן": כמה זמן מסך, תנועה וחברים ביום אחד שלכם?  [תכנון]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זמן מסך</w:t>
            </w:r>
          </w:p>
        </w:tc>
        <w:tc>
          <w:tcPr>
            <w:tcW w:type="dxa" w:w="2551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תנועה</w:t>
            </w:r>
          </w:p>
        </w:tc>
        <w:tc>
          <w:tcPr>
            <w:tcW w:type="dxa" w:w="2551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חברים / משפחה</w:t>
            </w:r>
          </w:p>
        </w:tc>
        <w:tc>
          <w:tcPr>
            <w:tcW w:type="dxa" w:w="2551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קריאה / יצירה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7.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הפסדתם במשחק ואתם כועסים. מה תעשו כדי להירגע? (רמז: עש״ן ד״ק – עצור, שרירים, נשימה, דיבור עצמי מרגיע, קדימה)  [חוסן]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7B2CBF"/>
                <w:sz w:val="28"/>
                <w:u w:val="none"/>
                <w:rtl/>
                <w:bCs/>
                <w:szCs w:val="28"/>
              </w:rPr>
              <w:t>כרטיס יציאה 🎮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כלל בטיחות אחד שאזכור: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יתרון אחד של משחקי מחשב: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7B2CBF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7B2CBF"/>
          <w:sz w:val="48"/>
          <w:u w:val="none"/>
          <w:rtl/>
          <w:bCs/>
          <w:szCs w:val="48"/>
        </w:rPr>
        <w:t>🎮 משחקי מחשב – כיף עם הגה בידיים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מבנה, עמדה, תשבץ ומכתב טיעון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7B2CBF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חלק א׳ – קריאה ביקורתית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וסמנו: איפה הכותב מציג עובדה ואיפה המלצה.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7B2CBF"/>
          <w:sz w:val="32"/>
          <w:u w:val="none"/>
          <w:rtl/>
          <w:bCs/>
          <w:szCs w:val="32"/>
        </w:rPr>
        <w:t>🎮 משחקי מחשב – כיף עם הגה בידיים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אחד ממשחקי המחשב הראשונים נבנה בשנת 1958 במעבדה מדעית: משחק טניס פשוט, עם נקודה קטנה שקפצה על מסך. מאז השתנה הרבה. היום משחקים במחשב, בטלפון ובקונסולה, לבד או עם חברים מכל העולם.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(2) למה משחקי מחשב כל כך מושכים? כל משחק בנוי משלבים, מאתגרים ומפרסים. כשמצליחים בשלב, המוח מרגיש סיפוק ורוצה עוד. לכן קשה לפעמים להפסיק "רק עוד שלב אחד".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(3) למשחקים יש יתרונות. יש משחקים שמפתחים חשיבה ופתרון בעיות, יש שמלמדים תכנון, ויש משחקים שבהם צריך לשתף פעולה ולתקשר עם שחקנים אחרים. יש גם משחקים שמלמדים שפה, מתמטיקה או היסטוריה.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אבל יש גם חסרונות. ישיבה ארוכה מול מסך פוגעת בתנועה של הגוף ובעיניים, ומשחק לפני השינה עלול להקשות להירדם. במשחקים ברשת חשוב לשמור על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בטיחות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לא מוסרים פרטים אישיים, לא משתפים סיסמאות, ומספרים למבוגר אם מישהו מציק או מבקש משהו מוזר.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(5) מומחים רבים ממליצים על כמה כללים פשוטים: לקבוע מראש זמן משחק, לעשות הפסקה כל עשרים דקות ולהסתכל רחוק, להפסיק לשחק שעה לפני השינה, ולשמור על זמן לתנועה, לחברים ולמשפחה.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(6) ומה עם המפסידים? גם במשחק, כמו בחיים, לא תמיד מנצחים. שחקנים טובים לומדים לנשום, להירגע ולנסות שוב – ולדבר בכבוד גם כשהם מתוסכלים. מסתבר שמשחק מחשב יכול ללמד גם התמודדות.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מבנה הטקסט?  [מבנה]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סיפור עם עלילה ודמויות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רקע ← יתרונות ← חסרונות ← המלצות ← סיכום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רשימת הוראות למשחק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מכתב תלונה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עמדת הכותב כלפי משחקי מחשב? הביאו ציטוט שמראה זאת.  [עמדה]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הסבירו את הכותרת "כיף עם הגה בידיים". איזה דימוי יש בה?  [לשון ציורית]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חלק ב׳ – תשבץ ומילים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אוצר מילים מהטקסט.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התשבץ.  [אוצר מילים]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5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6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7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7B2CBF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שמירה מפני סכנה ברשת (6)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כל עשרים דקות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6. המשחק הראשון ב־1958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7. מולו יושבים כשמשחקים (3)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7B2CBF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חלק במשחק – "רק עוד ___ אחד"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מה המוח מרגיש כשמצליחים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5. לא משתפים אותה (5)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חלק ג׳ – כתיבה טיעונית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טענה, נימוקים, הסתייגות וסיכום.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4F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B3262B"/>
                <w:sz w:val="25"/>
                <w:u w:val="none"/>
                <w:rtl/>
                <w:bCs/>
                <w:szCs w:val="25"/>
              </w:rPr>
              <w:t>📋 תיבת מקרה: יום בלי מסכים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בית הספר מציע "יום בלי מסכים" פעם בחודש – בלי טלפונים, בלי מחשבים ובלי משחקים, בבית הספר ובבית.</w:t>
            </w:r>
          </w:p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חלק מהתלמידים מתלהבים, וחלק טוענים שזה לא הוגן.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מכתב קצר למנהלת: האם אתם בעד או נגד? כללו טענה, שני נימוקים, הסתייגות ("אמנם... אבל...") והצעה.  [כתיבה טיעונית]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7B2CBF"/>
                <w:sz w:val="28"/>
                <w:u w:val="none"/>
                <w:rtl/>
                <w:bCs/>
                <w:szCs w:val="28"/>
              </w:rPr>
              <w:t>כרטיס יציאה 🎮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העמדה שלי במשפט אחד: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מילת קישור שהשתמשתי בה: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7B2CBF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7B2CBF"/>
          <w:sz w:val="48"/>
          <w:u w:val="none"/>
          <w:rtl/>
          <w:bCs/>
          <w:szCs w:val="48"/>
        </w:rPr>
        <w:t>🎮 מְשַׂחֲקִים בַּמַּחְשֵׁב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טֵקְסְט קַל + מְשִׂימוֹת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7B2CBF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חֵלֶק א׳ – קוֹרְאִים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7B2CBF"/>
          <w:sz w:val="32"/>
          <w:u w:val="none"/>
          <w:rtl/>
          <w:bCs/>
          <w:szCs w:val="32"/>
        </w:rPr>
        <w:t>🎮 מְשַׂחֲקִים בַּמַּחְשֵׁב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הַרְבֵּה יְלָדִים אוֹהֲבִים מִשְׂחֲקֵי מַחְשֵׁב.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בַּמִּשְׂחָק יֵשׁ שְׁלַבִּים. כְּשֶׁמַּצְלִיחִים – שְׂמֵחִים!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מִשְׂחָק טוֹב יָכוֹל לְלַמֵּד לַחֲשֹׁב.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אֲבָל לֹא מְשַׂחֲקִים כָּל הַיּוֹם.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(5) עוֹשִׂים הַפְסָקָה, זָזִים וּמְשַׂחֲקִים בַּחוּץ.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(6) לֹא נוֹתְנִים לַאֲנָשִׁים זָרִים אֶת הַשֵּׁם וְאֶת הַכְּתֹבֶת.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עוֹשִׂים בַּהַפְסָקָה?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מַמְשִׁיכִים לְשַׂחֵק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זָזִים וּמְשַׂחֲקִים בַּחוּץ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יְשָׁנִים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נָכוֹן אוֹ לֹא נָכוֹן?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הַמִּשְׁפָּט</w:t>
            </w:r>
          </w:p>
        </w:tc>
        <w:tc>
          <w:tcPr>
            <w:tcW w:type="dxa" w:w="5103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נָכוֹן / לֹא נָכוֹן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נוֹתְנִים לְזָרִים אֶת הַכְּתֹבֶת שֶׁלָּנוּ.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מִשְׂחָק יָכוֹל לְלַמֵּד לַחֲשֹׁב.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✓ / 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מְשַׂחֲקִים כָּל הַיּוֹם.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✓ / ✗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3e8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7B2CBF"/>
                <w:sz w:val="30"/>
                <w:u w:val="none"/>
                <w:rtl/>
                <w:bCs/>
                <w:szCs w:val="30"/>
              </w:rPr>
              <w:t>חֵלֶק ב׳ – מָה טוֹב לִי?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סַמְּנוּ ✓ אוֹ ✗.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🏃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מִשְׂחָק בַּחוּץ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 / ✗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מִשְׂחָק בַּלַּיְלָה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 / ✗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הַפְסָקָה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 / ✗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מִשְׂחָק עִם חָבֵר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 / ✗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שׁוֹמֵר סוֹד הַסִּיסְמָה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 / ✗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מִסְפָּר לִמְבֻגָּר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 / ✗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מָצְאוּ בְּתִפְזֹרֶת: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7B2CBF"/>
          <w:sz w:val="28"/>
          <w:u w:val="none"/>
          <w:rtl/>
          <w:bCs/>
          <w:szCs w:val="28"/>
        </w:rPr>
        <w:t>מחשב   •   משחק   •   שלב   •   הפסקה   •   חבר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ט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4.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מִשְׂחָק שֶׁאַתֶּם אוֹהֲבִים לְשַׂחֵק בַּחוּץ.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7B2CBF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כְּלָל אֶחָד: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